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Default Extension="svg" ContentType="image/svg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WLetterDate"/>
        <w:spacing w:after="440"/>
        <w:jc w:val="right"/>
      </w:pPr>
      <w:r>
        <w:t>[Date]</w:t>
      </w:r>
    </w:p>
    <w:p>
      <w:pPr>
        <w:pStyle w:val="CWRecipient"/>
        <w:spacing w:after="0"/>
      </w:pPr>
      <w:r>
        <w:t>[Recipient name]</w:t>
      </w:r>
    </w:p>
    <w:p>
      <w:pPr>
        <w:pStyle w:val="CWRecipient"/>
        <w:spacing w:after="0"/>
      </w:pPr>
      <w:r>
        <w:t>[Title]</w:t>
      </w:r>
    </w:p>
    <w:p>
      <w:pPr>
        <w:pStyle w:val="CWRecipient"/>
        <w:spacing w:after="0"/>
      </w:pPr>
      <w:r>
        <w:t>[Organization]</w:t>
      </w:r>
    </w:p>
    <w:p>
      <w:pPr>
        <w:pStyle w:val="CWRecipient"/>
        <w:spacing w:after="0"/>
      </w:pPr>
      <w:r>
        <w:t>[Street address]</w:t>
      </w:r>
    </w:p>
    <w:p>
      <w:pPr>
        <w:pStyle w:val="CWRecipient"/>
        <w:spacing w:after="0"/>
      </w:pPr>
      <w:r>
        <w:t>[Postal code] [City]</w:t>
      </w:r>
    </w:p>
    <w:p>
      <w:pPr>
        <w:pStyle w:val="CWRecipient"/>
        <w:spacing w:after="0"/>
      </w:pPr>
      <w:r>
        <w:t>[Country]</w:t>
      </w:r>
    </w:p>
    <w:p>
      <w:pPr>
        <w:spacing w:after="360"/>
      </w:pPr>
    </w:p>
    <w:p>
      <w:pPr>
        <w:pStyle w:val="CWSubject"/>
      </w:pPr>
      <w:r>
        <w:t>[Subject of this letter]</w:t>
      </w:r>
    </w:p>
    <w:p>
      <w:pPr>
        <w:spacing w:after="240"/>
      </w:pPr>
      <w:r>
        <w:t>Dear [Recipient name],</w:t>
      </w:r>
    </w:p>
    <w:p>
      <w:pPr>
        <w:spacing w:after="240"/>
      </w:pPr>
    </w:p>
    <w:p>
      <w:pPr>
        <w:spacing w:after="240"/>
      </w:pPr>
    </w:p>
    <w:p>
      <w:pPr>
        <w:spacing w:after="240"/>
      </w:pPr>
    </w:p>
    <w:p>
      <w:pPr>
        <w:spacing w:after="0"/>
      </w:pPr>
      <w:r>
        <w:t>Yours sincerely,</w:t>
      </w:r>
    </w:p>
    <w:p>
      <w:pPr>
        <w:spacing w:after="600"/>
      </w:pPr>
    </w:p>
    <w:p>
      <w:pPr>
        <w:pStyle w:val="CWSignature"/>
        <w:spacing w:after="0"/>
      </w:pPr>
      <w:r>
        <w:t>[Sender name]</w:t>
      </w:r>
    </w:p>
    <w:p>
      <w:pPr>
        <w:pStyle w:val="CWSignature"/>
        <w:spacing w:after="0"/>
      </w:pPr>
      <w:r>
        <w:t>[Title]</w:t>
      </w:r>
    </w:p>
    <w:p>
      <w:pPr>
        <w:pStyle w:val="CWSignature"/>
        <w:spacing w:after="0"/>
      </w:pPr>
      <w:r>
        <w:t>Cubewise</w:t>
      </w:r>
    </w:p>
    <w:p>
      <w:pPr>
        <w:spacing w:after="280"/>
      </w:pPr>
    </w:p>
    <w:p>
      <w:pPr>
        <w:pStyle w:val="CWCaption"/>
        <w:spacing w:after="0" w:before="0"/>
      </w:pPr>
      <w:r>
        <w:t>Enclosures: [none]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814" w:right="1417" w:bottom="1247" w:left="141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Neuzeit Grotesk">
    <w:altName w:val="Arial"/>
    <w:charset w:val="00"/>
    <w:family w:val="swiss"/>
    <w:pitch w:val="variable"/>
  </w:font>
  <w:font w:name="Neuzeit Grotesk Black">
    <w:altName w:val="Arial"/>
    <w:charset w:val="00"/>
    <w:family w:val="swiss"/>
    <w:pitch w:val="variable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Bdr>
        <w:bottom w:val="single" w:sz="6" w:space="4" w:color="E7E7E7"/>
      </w:pBdr>
      <w:spacing w:before="0" w:after="60"/>
    </w:pPr>
  </w:p>
  <w:tbl>
    <w:tblPr>
      <w:tblW w:type="auto" w:w="0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firstColumn="1" w:firstRow="1" w:lastColumn="0" w:lastRow="0" w:noHBand="0" w:noVBand="1" w:val="04A0"/>
    </w:tblPr>
    <w:tblGrid>
      <w:gridCol w:w="3137"/>
      <w:gridCol w:w="3137"/>
      <w:gridCol w:w="3137"/>
    </w:tblGrid>
    <w:tr>
      <w:tc>
        <w:tcPr>
          <w:tcW w:type="dxa" w:w="4989"/>
          <w:shd w:val="clear" w:color="auto" w:fill="FFFFFB"/>
        </w:tcPr>
        <w:p>
          <w:pPr>
            <w:spacing w:after="0" w:before="0"/>
          </w:pPr>
          <w:r>
            <w:rPr>
              <w:rFonts w:ascii="Neuzeit Grotesk" w:hAnsi="Neuzeit Grotesk"/>
              <w:b w:val="0"/>
              <w:color w:val="434B53"/>
              <w:sz w:val="12"/>
            </w:rPr>
            <w:t>ISO 27001:2022</w:t>
          </w:r>
          <w:r>
            <w:rPr>
              <w:sz w:val="12"/>
            </w:rPr>
            <w:t xml:space="preserve"> </w:t>
          </w:r>
          <w:r>
            <w:rPr>
              <w:rFonts w:ascii="Neuzeit Grotesk" w:hAnsi="Neuzeit Grotesk"/>
              <w:b w:val="0"/>
              <w:color w:val="434B53"/>
              <w:sz w:val="12"/>
              <w:shd w:val="clear" w:color="auto" w:fill="E7E7E7"/>
            </w:rPr>
            <w:t xml:space="preserve"> PUBLIC </w:t>
          </w:r>
          <w:r>
            <w:rPr>
              <w:rFonts w:ascii="Neuzeit Grotesk" w:hAnsi="Neuzeit Grotesk"/>
              <w:b/>
              <w:color w:val="FFFFFB"/>
              <w:sz w:val="12"/>
              <w:shd w:val="clear" w:color="auto" w:fill="0585C8"/>
            </w:rPr>
            <w:t xml:space="preserve"> RESTRICTED </w:t>
          </w:r>
          <w:r>
            <w:rPr>
              <w:rFonts w:ascii="Neuzeit Grotesk" w:hAnsi="Neuzeit Grotesk"/>
              <w:b w:val="0"/>
              <w:color w:val="434B53"/>
              <w:sz w:val="12"/>
              <w:shd w:val="clear" w:color="auto" w:fill="E7E7E7"/>
            </w:rPr>
            <w:t xml:space="preserve"> CONFIDENTIAL </w:t>
          </w:r>
        </w:p>
      </w:tc>
      <w:tc>
        <w:tcPr>
          <w:tcW w:type="dxa" w:w="1928"/>
          <w:shd w:val="clear" w:color="auto" w:fill="FFFFFB"/>
        </w:tcPr>
        <w:p>
          <w:pPr>
            <w:spacing w:after="0" w:before="0"/>
            <w:jc w:val="center"/>
          </w:pPr>
          <w:r>
            <w:rPr>
              <w:rFonts w:ascii="Neuzeit Grotesk" w:hAnsi="Neuzeit Grotesk"/>
              <w:color w:val="434B53"/>
              <w:sz w:val="15"/>
            </w:rPr>
            <w:fldChar w:fldCharType="begin"/>
          </w:r>
          <w:r>
            <w:rPr>
              <w:rFonts w:ascii="Neuzeit Grotesk" w:hAnsi="Neuzeit Grotesk"/>
              <w:color w:val="434B53"/>
              <w:sz w:val="15"/>
            </w:rPr>
            <w:instrText xml:space="preserve"> PAGE </w:instrText>
          </w:r>
          <w:r>
            <w:rPr>
              <w:rFonts w:ascii="Neuzeit Grotesk" w:hAnsi="Neuzeit Grotesk"/>
              <w:color w:val="434B53"/>
              <w:sz w:val="15"/>
            </w:rPr>
            <w:fldChar w:fldCharType="separate"/>
          </w:r>
          <w:r>
            <w:rPr>
              <w:rFonts w:ascii="Neuzeit Grotesk" w:hAnsi="Neuzeit Grotesk"/>
              <w:color w:val="434B53"/>
              <w:sz w:val="15"/>
            </w:rPr>
            <w:t>1</w:t>
          </w:r>
          <w:r>
            <w:rPr>
              <w:rFonts w:ascii="Neuzeit Grotesk" w:hAnsi="Neuzeit Grotesk"/>
              <w:color w:val="434B53"/>
              <w:sz w:val="15"/>
            </w:rPr>
            <w:fldChar w:fldCharType="end"/>
          </w:r>
          <w:r>
            <w:rPr>
              <w:rFonts w:ascii="Neuzeit Grotesk" w:hAnsi="Neuzeit Grotesk"/>
              <w:color w:val="434B53"/>
              <w:sz w:val="15"/>
            </w:rPr>
            <w:t xml:space="preserve"> of </w:t>
          </w:r>
          <w:r>
            <w:rPr>
              <w:rFonts w:ascii="Neuzeit Grotesk" w:hAnsi="Neuzeit Grotesk"/>
              <w:color w:val="434B53"/>
              <w:sz w:val="15"/>
            </w:rPr>
            <w:fldChar w:fldCharType="begin"/>
          </w:r>
          <w:r>
            <w:rPr>
              <w:rFonts w:ascii="Neuzeit Grotesk" w:hAnsi="Neuzeit Grotesk"/>
              <w:color w:val="434B53"/>
              <w:sz w:val="15"/>
            </w:rPr>
            <w:instrText xml:space="preserve"> NUMPAGES </w:instrText>
          </w:r>
          <w:r>
            <w:rPr>
              <w:rFonts w:ascii="Neuzeit Grotesk" w:hAnsi="Neuzeit Grotesk"/>
              <w:color w:val="434B53"/>
              <w:sz w:val="15"/>
            </w:rPr>
            <w:fldChar w:fldCharType="separate"/>
          </w:r>
          <w:r>
            <w:rPr>
              <w:rFonts w:ascii="Neuzeit Grotesk" w:hAnsi="Neuzeit Grotesk"/>
              <w:color w:val="434B53"/>
              <w:sz w:val="15"/>
            </w:rPr>
            <w:t>1</w:t>
          </w:r>
          <w:r>
            <w:rPr>
              <w:rFonts w:ascii="Neuzeit Grotesk" w:hAnsi="Neuzeit Grotesk"/>
              <w:color w:val="434B53"/>
              <w:sz w:val="15"/>
            </w:rPr>
            <w:fldChar w:fldCharType="end"/>
          </w:r>
        </w:p>
      </w:tc>
      <w:tc>
        <w:tcPr>
          <w:tcW w:type="dxa" w:w="2494"/>
          <w:shd w:val="clear" w:color="auto" w:fill="FFFFFB"/>
        </w:tcPr>
        <w:p>
          <w:pPr>
            <w:spacing w:after="0" w:before="0"/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783253" cy="14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Cubewise_Logo_RGB_300dpi.pn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SvgLogo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3253" cy="14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firstColumn="1" w:firstRow="1" w:lastColumn="0" w:lastRow="0" w:noHBand="0" w:noVBand="1" w:val="04A0"/>
    </w:tblPr>
    <w:tblGrid>
      <w:gridCol w:w="4535"/>
      <w:gridCol w:w="4535"/>
    </w:tblGrid>
    <w:tr>
      <w:tc>
        <w:tcPr>
          <w:tcW w:type="dxa" w:w="4762"/>
        </w:tcPr>
        <w:p>
          <w:pPr>
            <w:spacing w:after="0" w:before="0"/>
          </w:pPr>
          <w:r>
            <w:drawing>
              <wp:inline xmlns:a="http://schemas.openxmlformats.org/drawingml/2006/main" xmlns:pic="http://schemas.openxmlformats.org/drawingml/2006/picture">
                <wp:extent cx="1762318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Cubewise_Logo_RGB_300dpi.png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SvgLogo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318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309"/>
        </w:tcPr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434B53"/>
              <w:sz w:val="15"/>
            </w:rPr>
            <w:t>Cubewise [Office]</w:t>
          </w:r>
        </w:p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434B53"/>
              <w:sz w:val="15"/>
            </w:rPr>
            <w:t>[Street address]</w:t>
          </w:r>
        </w:p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434B53"/>
              <w:sz w:val="15"/>
            </w:rPr>
            <w:t>[Postal code] [City]</w:t>
          </w:r>
        </w:p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434B53"/>
              <w:sz w:val="15"/>
            </w:rPr>
            <w:t>[Country]</w:t>
          </w:r>
        </w:p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03689E"/>
              <w:sz w:val="15"/>
            </w:rPr>
            <w:t>[name]@cubewise.com</w:t>
          </w:r>
        </w:p>
        <w:p>
          <w:pPr>
            <w:pStyle w:val="CWSender"/>
            <w:spacing w:after="0" w:before="0"/>
            <w:jc w:val="right"/>
          </w:pPr>
          <w:r>
            <w:rPr>
              <w:rFonts w:ascii="Neuzeit Grotesk" w:hAnsi="Neuzeit Grotesk"/>
              <w:b w:val="0"/>
              <w:color w:val="03689E"/>
              <w:sz w:val="15"/>
            </w:rPr>
            <w:t>www.cubewise.com</w:t>
          </w:r>
        </w:p>
      </w:tc>
    </w:tr>
  </w:tbl>
  <w:p>
    <w:pPr>
      <w:pBdr>
        <w:bottom w:val="single" w:sz="6" w:space="4" w:color="E7E7E7"/>
      </w:pBdr>
      <w:spacing w:before="120" w:after="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22" w:lineRule="auto"/>
    </w:pPr>
    <w:rPr>
      <w:rFonts w:ascii="Neuzeit Grotesk" w:hAnsi="Neuzeit Grotesk" w:cs="Neuzeit Grotesk"/>
      <w:rFonts w:ascii="Neuzeit Grotesk" w:hAnsi="Neuzeit Grotesk"/>
      <w:color w:val="434B53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00" w:after="140"/>
      <w:outlineLvl w:val="0"/>
    </w:pPr>
    <w:rPr>
      <w:rFonts w:ascii="Neuzeit Grotesk Black" w:hAnsi="Neuzeit Grotesk Black" w:cs="Neuzeit Grotesk Black"/>
      <w:b/>
      <w:bCs/>
      <w:i w:val="0"/>
      <w:color w:val="0585C8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00" w:after="100"/>
      <w:outlineLvl w:val="1"/>
    </w:pPr>
    <w:rPr>
      <w:rFonts w:ascii="Neuzeit Grotesk Black" w:hAnsi="Neuzeit Grotesk Black" w:cs="Neuzeit Grotesk Black"/>
      <w:b/>
      <w:bCs/>
      <w:i w:val="0"/>
      <w:color w:val="202E3A"/>
      <w:sz w:val="29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80"/>
      <w:outlineLvl w:val="2"/>
    </w:pPr>
    <w:rPr>
      <w:rFonts w:ascii="Neuzeit Grotesk" w:hAnsi="Neuzeit Grotesk" w:cs="Neuzeit Grotesk"/>
      <w:b/>
      <w:bCs/>
      <w:i w:val="0"/>
      <w:color w:val="202E3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60"/>
      <w:outlineLvl w:val="3"/>
    </w:pPr>
    <w:rPr>
      <w:rFonts w:ascii="Neuzeit Grotesk" w:hAnsi="Neuzeit Grotesk" w:cs="Neuzeit Grotesk"/>
      <w:b/>
      <w:bCs/>
      <w:i w:val="0"/>
      <w:iCs/>
      <w:color w:val="434B53"/>
      <w:sz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80" w:line="240" w:lineRule="auto" w:before="0"/>
      <w:contextualSpacing/>
      <w:outlineLvl w:val="0"/>
    </w:pPr>
    <w:rPr>
      <w:rFonts w:ascii="Neuzeit Grotesk Black" w:hAnsi="Neuzeit Grotesk Black" w:cs="Neuzeit Grotesk Black"/>
      <w:b/>
      <w:i w:val="0"/>
      <w:color w:val="202E3A"/>
      <w:spacing w:val="5"/>
      <w:kern w:val="28"/>
      <w:sz w:val="6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 w:val="0"/>
      <w:numPr>
        <w:ilvl w:val="1"/>
      </w:numPr>
      <w:spacing w:before="0" w:after="280"/>
    </w:pPr>
    <w:rPr>
      <w:rFonts w:ascii="Neuzeit Grotesk" w:hAnsi="Neuzeit Grotesk" w:cs="Neuzeit Grotesk"/>
      <w:b w:val="0"/>
      <w:i w:val="0"/>
      <w:iCs/>
      <w:color w:val="434B53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CWEyebrow">
    <w:name w:val="CW Eyebrow"/>
    <w:uiPriority w:val="38"/>
    <w:qFormat/>
    <w:pPr>
      <w:keepNext w:val="0"/>
      <w:spacing w:before="0" w:after="60"/>
    </w:pPr>
    <w:rPr>
      <w:rFonts w:ascii="Neuzeit Grotesk" w:hAnsi="Neuzeit Grotesk" w:cs="Neuzeit Grotesk"/>
      <w:b/>
      <w:i w:val="0"/>
      <w:color w:val="03689E"/>
      <w:sz w:val="16"/>
      <w:caps w:val="1"/>
      <w:spacing w:val="40"/>
    </w:rPr>
  </w:style>
  <w:style w:type="paragraph" w:customStyle="1" w:styleId="CWLead">
    <w:name w:val="CW Lead"/>
    <w:uiPriority w:val="39"/>
    <w:qFormat/>
    <w:pPr>
      <w:keepNext w:val="0"/>
      <w:spacing w:before="0" w:after="240"/>
    </w:pPr>
    <w:rPr>
      <w:rFonts w:ascii="Neuzeit Grotesk" w:hAnsi="Neuzeit Grotesk" w:cs="Neuzeit Grotesk"/>
      <w:b w:val="0"/>
      <w:i w:val="0"/>
      <w:color w:val="434B53"/>
      <w:sz w:val="25"/>
    </w:rPr>
  </w:style>
  <w:style w:type="paragraph" w:customStyle="1" w:styleId="CWCaption">
    <w:name w:val="CW Caption"/>
    <w:uiPriority w:val="40"/>
    <w:qFormat/>
    <w:pPr>
      <w:keepNext w:val="0"/>
      <w:spacing w:before="0" w:after="200"/>
    </w:pPr>
    <w:rPr>
      <w:rFonts w:ascii="Neuzeit Grotesk" w:hAnsi="Neuzeit Grotesk" w:cs="Neuzeit Grotesk"/>
      <w:b w:val="0"/>
      <w:i w:val="0"/>
      <w:color w:val="434B53"/>
      <w:sz w:val="17"/>
    </w:rPr>
  </w:style>
  <w:style w:type="paragraph" w:customStyle="1" w:styleId="CWInstruction">
    <w:name w:val="CW Instruction"/>
    <w:uiPriority w:val="41"/>
    <w:qFormat/>
    <w:pPr>
      <w:keepNext w:val="0"/>
      <w:spacing w:before="0" w:after="160"/>
    </w:pPr>
    <w:rPr>
      <w:rFonts w:ascii="Neuzeit Grotesk" w:hAnsi="Neuzeit Grotesk" w:cs="Neuzeit Grotesk"/>
      <w:b w:val="0"/>
      <w:i w:val="0"/>
      <w:color w:val="03689E"/>
      <w:sz w:val="19"/>
    </w:rPr>
  </w:style>
  <w:style w:type="paragraph" w:customStyle="1" w:styleId="CWTableHead">
    <w:name w:val="CW Table Head"/>
    <w:uiPriority w:val="42"/>
    <w:qFormat/>
    <w:pPr>
      <w:keepNext w:val="0"/>
      <w:spacing w:before="0" w:after="40" w:line="240" w:lineRule="auto"/>
    </w:pPr>
    <w:rPr>
      <w:rFonts w:ascii="Neuzeit Grotesk" w:hAnsi="Neuzeit Grotesk" w:cs="Neuzeit Grotesk"/>
      <w:b/>
      <w:i w:val="0"/>
      <w:color w:val="FFFFFB"/>
      <w:sz w:val="17"/>
    </w:rPr>
  </w:style>
  <w:style w:type="paragraph" w:customStyle="1" w:styleId="CWTableCell">
    <w:name w:val="CW Table Cell"/>
    <w:uiPriority w:val="43"/>
    <w:qFormat/>
    <w:pPr>
      <w:keepNext w:val="0"/>
      <w:spacing w:before="0" w:after="40" w:line="264" w:lineRule="auto"/>
    </w:pPr>
    <w:rPr>
      <w:rFonts w:ascii="Neuzeit Grotesk" w:hAnsi="Neuzeit Grotesk" w:cs="Neuzeit Grotesk"/>
      <w:b w:val="0"/>
      <w:i w:val="0"/>
      <w:color w:val="434B53"/>
      <w:sz w:val="19"/>
    </w:rPr>
  </w:style>
  <w:style w:type="paragraph" w:customStyle="1" w:styleId="CWTableLabel">
    <w:name w:val="CW Table Label"/>
    <w:uiPriority w:val="44"/>
    <w:qFormat/>
    <w:pPr>
      <w:keepNext w:val="0"/>
      <w:spacing w:before="0" w:after="40" w:line="264" w:lineRule="auto"/>
    </w:pPr>
    <w:rPr>
      <w:rFonts w:ascii="Neuzeit Grotesk" w:hAnsi="Neuzeit Grotesk" w:cs="Neuzeit Grotesk"/>
      <w:b/>
      <w:i w:val="0"/>
      <w:color w:val="202E3A"/>
      <w:sz w:val="19"/>
    </w:rPr>
  </w:style>
  <w:style w:type="paragraph" w:customStyle="1" w:styleId="CWSignature">
    <w:name w:val="CW Signature"/>
    <w:uiPriority w:val="45"/>
    <w:qFormat/>
    <w:pPr>
      <w:keepNext w:val="0"/>
      <w:spacing w:before="0" w:after="40" w:line="264" w:lineRule="auto"/>
    </w:pPr>
    <w:rPr>
      <w:rFonts w:ascii="Neuzeit Grotesk" w:hAnsi="Neuzeit Grotesk" w:cs="Neuzeit Grotesk"/>
      <w:b w:val="0"/>
      <w:i w:val="0"/>
      <w:color w:val="434B53"/>
      <w:sz w:val="19"/>
    </w:rPr>
  </w:style>
  <w:style w:type="paragraph" w:customStyle="1" w:styleId="CWSender">
    <w:name w:val="CW Sender"/>
    <w:uiPriority w:val="46"/>
    <w:qFormat/>
    <w:pPr>
      <w:keepNext w:val="0"/>
      <w:spacing w:before="0" w:after="0" w:line="300" w:lineRule="auto"/>
    </w:pPr>
    <w:rPr>
      <w:rFonts w:ascii="Neuzeit Grotesk" w:hAnsi="Neuzeit Grotesk" w:cs="Neuzeit Grotesk"/>
      <w:b w:val="0"/>
      <w:i w:val="0"/>
      <w:color w:val="434B53"/>
      <w:sz w:val="15"/>
    </w:rPr>
  </w:style>
  <w:style w:type="paragraph" w:customStyle="1" w:styleId="CWRecipient">
    <w:name w:val="CW Recipient"/>
    <w:uiPriority w:val="47"/>
    <w:qFormat/>
    <w:pPr>
      <w:keepNext w:val="0"/>
      <w:spacing w:before="0" w:after="0" w:line="312" w:lineRule="auto"/>
    </w:pPr>
    <w:rPr>
      <w:rFonts w:ascii="Neuzeit Grotesk" w:hAnsi="Neuzeit Grotesk" w:cs="Neuzeit Grotesk"/>
      <w:b w:val="0"/>
      <w:i w:val="0"/>
      <w:color w:val="434B53"/>
      <w:sz w:val="20"/>
    </w:rPr>
  </w:style>
  <w:style w:type="paragraph" w:customStyle="1" w:styleId="CWLetterDate">
    <w:name w:val="CW Letter Date"/>
    <w:uiPriority w:val="48"/>
    <w:qFormat/>
    <w:pPr>
      <w:keepNext w:val="0"/>
      <w:spacing w:before="0" w:after="0"/>
    </w:pPr>
    <w:rPr>
      <w:rFonts w:ascii="Neuzeit Grotesk" w:hAnsi="Neuzeit Grotesk" w:cs="Neuzeit Grotesk"/>
      <w:b w:val="0"/>
      <w:i w:val="0"/>
      <w:color w:val="434B53"/>
      <w:sz w:val="19"/>
    </w:rPr>
  </w:style>
  <w:style w:type="paragraph" w:customStyle="1" w:styleId="CWSubject">
    <w:name w:val="CW Subject"/>
    <w:uiPriority w:val="49"/>
    <w:qFormat/>
    <w:pPr>
      <w:keepNext w:val="0"/>
      <w:spacing w:before="0" w:after="200"/>
    </w:pPr>
    <w:rPr>
      <w:rFonts w:ascii="Neuzeit Grotesk" w:hAnsi="Neuzeit Grotesk" w:cs="Neuzeit Grotesk"/>
      <w:b/>
      <w:i w:val="0"/>
      <w:color w:val="202E3A"/>
      <w:sz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SvgLogo" Type="http://schemas.openxmlformats.org/officeDocument/2006/relationships/image" Target="media/cubewise_logo.sv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SvgLogo" Type="http://schemas.openxmlformats.org/officeDocument/2006/relationships/image" Target="media/cubewise_logo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Cubewise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Cubewise Brand Enablement Team</dc:creator>
  <cp:keywords/>
  <dc:description>Cubewise Property</dc:description>
  <cp:lastModifiedBy>Cubewise Brand Enablement Team</cp:lastModifiedBy>
  <cp:revision>1</cp:revision>
  <dcterms:created xsi:type="dcterms:W3CDTF">2026-10-22T09:00:48Z</dcterms:created>
  <dcterms:modified xsi:type="dcterms:W3CDTF">2026-10-22T09:00:48Z</dcterms:modified>
  <cp:category/>
  <cp:company>Cubewise</cp:company>
</cp:coreProperties>
</file>